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42048" w14:textId="7C668CD5" w:rsidR="009947DB" w:rsidRPr="009947DB" w:rsidRDefault="00000000" w:rsidP="009947DB">
      <w:pPr>
        <w:pStyle w:val="Heading1"/>
        <w:spacing w:after="240"/>
        <w:jc w:val="center"/>
      </w:pPr>
      <w:r>
        <w:t>GentleWaves Respite Stay – Parent Prequalification Form</w:t>
      </w:r>
    </w:p>
    <w:p w14:paraId="705742AA" w14:textId="21CEEC4D" w:rsidR="00B07C7E" w:rsidRDefault="00000000" w:rsidP="009947DB">
      <w:pPr>
        <w:spacing w:after="240"/>
      </w:pPr>
      <w:r>
        <w:t xml:space="preserve">Please complete this form and email it back to </w:t>
      </w:r>
      <w:proofErr w:type="spellStart"/>
      <w:r>
        <w:t>GentleWaves</w:t>
      </w:r>
      <w:proofErr w:type="spellEnd"/>
      <w:r>
        <w:t>.</w:t>
      </w:r>
    </w:p>
    <w:p w14:paraId="5EA57229" w14:textId="77777777" w:rsidR="00B07C7E" w:rsidRDefault="00000000" w:rsidP="009947DB">
      <w:pPr>
        <w:pStyle w:val="Heading2"/>
        <w:spacing w:after="240"/>
      </w:pPr>
      <w:r>
        <w:t>Child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2835"/>
        <w:gridCol w:w="5487"/>
      </w:tblGrid>
      <w:tr w:rsidR="00A2001D" w:rsidRPr="00A2001D" w14:paraId="4E3986E0" w14:textId="79610819" w:rsidTr="00324867">
        <w:tc>
          <w:tcPr>
            <w:tcW w:w="534" w:type="dxa"/>
          </w:tcPr>
          <w:p w14:paraId="6A5556C1" w14:textId="78104893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2835" w:type="dxa"/>
          </w:tcPr>
          <w:p w14:paraId="20328C35" w14:textId="6C4BDF62" w:rsidR="00A2001D" w:rsidRPr="00A2001D" w:rsidRDefault="00A2001D" w:rsidP="009947DB">
            <w:pPr>
              <w:spacing w:after="240" w:line="276" w:lineRule="auto"/>
            </w:pPr>
            <w:r w:rsidRPr="00A2001D">
              <w:t xml:space="preserve">Child's full name: </w:t>
            </w:r>
          </w:p>
        </w:tc>
        <w:tc>
          <w:tcPr>
            <w:tcW w:w="5487" w:type="dxa"/>
          </w:tcPr>
          <w:p w14:paraId="1A809993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3A1799BC" w14:textId="529064DB" w:rsidTr="00324867">
        <w:tc>
          <w:tcPr>
            <w:tcW w:w="534" w:type="dxa"/>
          </w:tcPr>
          <w:p w14:paraId="55C6C60B" w14:textId="492D36EF" w:rsidR="00F84791" w:rsidRPr="00A2001D" w:rsidRDefault="00F84791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2835" w:type="dxa"/>
          </w:tcPr>
          <w:p w14:paraId="0FF80D01" w14:textId="50B9FEC0" w:rsidR="00A2001D" w:rsidRPr="00A2001D" w:rsidRDefault="00A2001D" w:rsidP="009947DB">
            <w:pPr>
              <w:spacing w:after="240" w:line="276" w:lineRule="auto"/>
            </w:pPr>
            <w:r w:rsidRPr="00A2001D">
              <w:t xml:space="preserve">Date of birth: </w:t>
            </w:r>
          </w:p>
        </w:tc>
        <w:tc>
          <w:tcPr>
            <w:tcW w:w="5487" w:type="dxa"/>
          </w:tcPr>
          <w:p w14:paraId="087A1834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3C76A0A0" w14:textId="4EFF32EB" w:rsidTr="00324867">
        <w:tc>
          <w:tcPr>
            <w:tcW w:w="534" w:type="dxa"/>
          </w:tcPr>
          <w:p w14:paraId="69709D93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2835" w:type="dxa"/>
          </w:tcPr>
          <w:p w14:paraId="367187E1" w14:textId="0535CC88" w:rsidR="00324867" w:rsidRPr="00A2001D" w:rsidRDefault="00A2001D" w:rsidP="009947DB">
            <w:pPr>
              <w:spacing w:after="240" w:line="276" w:lineRule="auto"/>
            </w:pPr>
            <w:r w:rsidRPr="00A2001D">
              <w:t xml:space="preserve">Primary diagnosis (if any): </w:t>
            </w:r>
          </w:p>
        </w:tc>
        <w:tc>
          <w:tcPr>
            <w:tcW w:w="5487" w:type="dxa"/>
          </w:tcPr>
          <w:p w14:paraId="2F514BC5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59D5172C" w14:textId="5CD49BB5" w:rsidTr="00324867">
        <w:tc>
          <w:tcPr>
            <w:tcW w:w="534" w:type="dxa"/>
          </w:tcPr>
          <w:p w14:paraId="39F9BEF5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2835" w:type="dxa"/>
          </w:tcPr>
          <w:p w14:paraId="2DFCE475" w14:textId="7C1A2F01" w:rsidR="00A2001D" w:rsidRPr="00A2001D" w:rsidRDefault="00A2001D" w:rsidP="009947DB">
            <w:pPr>
              <w:spacing w:after="240" w:line="276" w:lineRule="auto"/>
            </w:pPr>
            <w:r w:rsidRPr="00A2001D">
              <w:t xml:space="preserve">Languages spoken: </w:t>
            </w:r>
          </w:p>
        </w:tc>
        <w:tc>
          <w:tcPr>
            <w:tcW w:w="5487" w:type="dxa"/>
          </w:tcPr>
          <w:p w14:paraId="6366521B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58971D73" w14:textId="6768D077" w:rsidTr="00324867">
        <w:tc>
          <w:tcPr>
            <w:tcW w:w="534" w:type="dxa"/>
          </w:tcPr>
          <w:p w14:paraId="7CCE71F6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2835" w:type="dxa"/>
          </w:tcPr>
          <w:p w14:paraId="5EE6D570" w14:textId="30CE168A" w:rsidR="00A2001D" w:rsidRPr="00A2001D" w:rsidRDefault="00A2001D" w:rsidP="009947DB">
            <w:pPr>
              <w:spacing w:after="240" w:line="276" w:lineRule="auto"/>
            </w:pPr>
            <w:r w:rsidRPr="00A2001D">
              <w:t xml:space="preserve">Emergency contacts: </w:t>
            </w:r>
          </w:p>
        </w:tc>
        <w:tc>
          <w:tcPr>
            <w:tcW w:w="5487" w:type="dxa"/>
          </w:tcPr>
          <w:p w14:paraId="3B124C55" w14:textId="77777777" w:rsidR="00A2001D" w:rsidRPr="00A2001D" w:rsidRDefault="00A2001D" w:rsidP="009947DB">
            <w:pPr>
              <w:spacing w:after="240" w:line="276" w:lineRule="auto"/>
            </w:pPr>
          </w:p>
        </w:tc>
      </w:tr>
    </w:tbl>
    <w:p w14:paraId="506562F9" w14:textId="77777777" w:rsidR="009947DB" w:rsidRDefault="009947DB" w:rsidP="009947DB">
      <w:pPr>
        <w:pStyle w:val="Heading2"/>
        <w:spacing w:after="240"/>
      </w:pPr>
    </w:p>
    <w:p w14:paraId="5D757A78" w14:textId="5BFB3D24" w:rsidR="00B07C7E" w:rsidRDefault="00000000" w:rsidP="009947DB">
      <w:pPr>
        <w:pStyle w:val="Heading2"/>
        <w:spacing w:after="240"/>
      </w:pPr>
      <w:r>
        <w:t>Medical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2835"/>
        <w:gridCol w:w="5346"/>
      </w:tblGrid>
      <w:tr w:rsidR="00A2001D" w:rsidRPr="00A2001D" w14:paraId="7E783BD0" w14:textId="3FFB13E6" w:rsidTr="00324867">
        <w:tc>
          <w:tcPr>
            <w:tcW w:w="675" w:type="dxa"/>
          </w:tcPr>
          <w:p w14:paraId="760FF3C2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2835" w:type="dxa"/>
          </w:tcPr>
          <w:p w14:paraId="52E6E1FB" w14:textId="34C263B9" w:rsidR="00A2001D" w:rsidRPr="00A2001D" w:rsidRDefault="00A2001D" w:rsidP="009947DB">
            <w:pPr>
              <w:spacing w:after="240" w:line="276" w:lineRule="auto"/>
            </w:pPr>
            <w:r w:rsidRPr="00A2001D">
              <w:t xml:space="preserve">Does your child have any medical conditions requiring daily care? </w:t>
            </w:r>
          </w:p>
        </w:tc>
        <w:tc>
          <w:tcPr>
            <w:tcW w:w="5346" w:type="dxa"/>
          </w:tcPr>
          <w:p w14:paraId="1E3728BC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1BB2D85E" w14:textId="45228764" w:rsidTr="00324867">
        <w:tc>
          <w:tcPr>
            <w:tcW w:w="675" w:type="dxa"/>
          </w:tcPr>
          <w:p w14:paraId="7C9E0A40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2835" w:type="dxa"/>
          </w:tcPr>
          <w:p w14:paraId="659B8E66" w14:textId="2F252862" w:rsidR="00A2001D" w:rsidRPr="00A2001D" w:rsidRDefault="00A2001D" w:rsidP="009947DB">
            <w:pPr>
              <w:spacing w:after="240" w:line="276" w:lineRule="auto"/>
            </w:pPr>
            <w:r w:rsidRPr="00A2001D">
              <w:t>Current medications and schedule:</w:t>
            </w:r>
          </w:p>
        </w:tc>
        <w:tc>
          <w:tcPr>
            <w:tcW w:w="5346" w:type="dxa"/>
          </w:tcPr>
          <w:p w14:paraId="58B0F206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5F0983C0" w14:textId="1741C333" w:rsidTr="00324867">
        <w:tc>
          <w:tcPr>
            <w:tcW w:w="675" w:type="dxa"/>
          </w:tcPr>
          <w:p w14:paraId="4682DC57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2835" w:type="dxa"/>
          </w:tcPr>
          <w:p w14:paraId="3723448C" w14:textId="1C0D5AF2" w:rsidR="00A2001D" w:rsidRPr="00A2001D" w:rsidRDefault="00A2001D" w:rsidP="009947DB">
            <w:pPr>
              <w:spacing w:after="240" w:line="276" w:lineRule="auto"/>
            </w:pPr>
            <w:r w:rsidRPr="00A2001D">
              <w:t>Any allergies (food, medication, environmental)?</w:t>
            </w:r>
          </w:p>
        </w:tc>
        <w:tc>
          <w:tcPr>
            <w:tcW w:w="5346" w:type="dxa"/>
          </w:tcPr>
          <w:p w14:paraId="50EA2809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0CA2BBA3" w14:textId="420EB710" w:rsidTr="00324867">
        <w:tc>
          <w:tcPr>
            <w:tcW w:w="675" w:type="dxa"/>
          </w:tcPr>
          <w:p w14:paraId="6995AC3F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2835" w:type="dxa"/>
          </w:tcPr>
          <w:p w14:paraId="0B10553D" w14:textId="4766B3A8" w:rsidR="00A2001D" w:rsidRPr="00A2001D" w:rsidRDefault="00A2001D" w:rsidP="009947DB">
            <w:pPr>
              <w:spacing w:after="240" w:line="276" w:lineRule="auto"/>
            </w:pPr>
            <w:r w:rsidRPr="00A2001D">
              <w:t>Does your child have seizures? If yes, please describe.</w:t>
            </w:r>
          </w:p>
        </w:tc>
        <w:tc>
          <w:tcPr>
            <w:tcW w:w="5346" w:type="dxa"/>
          </w:tcPr>
          <w:p w14:paraId="4991B9D4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0F85677C" w14:textId="7692CBC2" w:rsidTr="00324867">
        <w:tc>
          <w:tcPr>
            <w:tcW w:w="675" w:type="dxa"/>
          </w:tcPr>
          <w:p w14:paraId="7E94DE85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2835" w:type="dxa"/>
          </w:tcPr>
          <w:p w14:paraId="5A0511B6" w14:textId="585A1610" w:rsidR="00A2001D" w:rsidRPr="00A2001D" w:rsidRDefault="00A2001D" w:rsidP="009947DB">
            <w:pPr>
              <w:spacing w:after="240" w:line="276" w:lineRule="auto"/>
            </w:pPr>
            <w:r w:rsidRPr="00A2001D">
              <w:t>Does your child require specialized medical equipment?</w:t>
            </w:r>
          </w:p>
        </w:tc>
        <w:tc>
          <w:tcPr>
            <w:tcW w:w="5346" w:type="dxa"/>
          </w:tcPr>
          <w:p w14:paraId="789FD832" w14:textId="77777777" w:rsidR="00A2001D" w:rsidRPr="00A2001D" w:rsidRDefault="00A2001D" w:rsidP="009947DB">
            <w:pPr>
              <w:spacing w:after="240" w:line="276" w:lineRule="auto"/>
            </w:pPr>
          </w:p>
        </w:tc>
      </w:tr>
    </w:tbl>
    <w:p w14:paraId="60BC6E84" w14:textId="77777777" w:rsidR="009947DB" w:rsidRDefault="009947DB" w:rsidP="009947DB">
      <w:pPr>
        <w:pStyle w:val="Heading2"/>
        <w:spacing w:after="240"/>
      </w:pPr>
    </w:p>
    <w:p w14:paraId="726D08E5" w14:textId="77777777" w:rsidR="009947DB" w:rsidRDefault="009947DB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14:paraId="0AB0A2CF" w14:textId="37E8A0C9" w:rsidR="00B07C7E" w:rsidRDefault="00000000" w:rsidP="009947DB">
      <w:pPr>
        <w:pStyle w:val="Heading2"/>
        <w:spacing w:after="240"/>
      </w:pPr>
      <w:r>
        <w:lastRenderedPageBreak/>
        <w:t>Behavior Profile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5204"/>
      </w:tblGrid>
      <w:tr w:rsidR="00A2001D" w:rsidRPr="00A2001D" w14:paraId="661E8554" w14:textId="44EBCF68" w:rsidTr="00324867">
        <w:tc>
          <w:tcPr>
            <w:tcW w:w="675" w:type="dxa"/>
          </w:tcPr>
          <w:p w14:paraId="55AAFF86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2977" w:type="dxa"/>
          </w:tcPr>
          <w:p w14:paraId="03D6E512" w14:textId="099C8BC7" w:rsidR="00A2001D" w:rsidRPr="00A2001D" w:rsidRDefault="00A2001D" w:rsidP="009947DB">
            <w:pPr>
              <w:spacing w:after="240" w:line="276" w:lineRule="auto"/>
            </w:pPr>
            <w:r w:rsidRPr="00A2001D">
              <w:t>What are your child's greatest strengths?</w:t>
            </w:r>
            <w:r w:rsidRPr="00A2001D">
              <w:br/>
            </w:r>
            <w:r w:rsidRPr="00A2001D">
              <w:br/>
            </w:r>
          </w:p>
        </w:tc>
        <w:tc>
          <w:tcPr>
            <w:tcW w:w="5204" w:type="dxa"/>
          </w:tcPr>
          <w:p w14:paraId="2580955C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306974D2" w14:textId="50EEB653" w:rsidTr="00324867">
        <w:tc>
          <w:tcPr>
            <w:tcW w:w="675" w:type="dxa"/>
          </w:tcPr>
          <w:p w14:paraId="1C5AC835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2977" w:type="dxa"/>
          </w:tcPr>
          <w:p w14:paraId="3BEDE4A5" w14:textId="1C19944B" w:rsidR="00A2001D" w:rsidRPr="00A2001D" w:rsidRDefault="00A2001D" w:rsidP="009947DB">
            <w:pPr>
              <w:spacing w:after="240" w:line="276" w:lineRule="auto"/>
            </w:pPr>
            <w:r w:rsidRPr="00A2001D">
              <w:t>What activities does your child enjoy?</w:t>
            </w:r>
            <w:r w:rsidRPr="00A2001D">
              <w:br/>
            </w:r>
            <w:r w:rsidRPr="00A2001D">
              <w:br/>
            </w:r>
          </w:p>
        </w:tc>
        <w:tc>
          <w:tcPr>
            <w:tcW w:w="5204" w:type="dxa"/>
          </w:tcPr>
          <w:p w14:paraId="70D56810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7449A9E1" w14:textId="46062CD1" w:rsidTr="00324867">
        <w:tc>
          <w:tcPr>
            <w:tcW w:w="675" w:type="dxa"/>
          </w:tcPr>
          <w:p w14:paraId="030392B4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2977" w:type="dxa"/>
          </w:tcPr>
          <w:p w14:paraId="58B35ED3" w14:textId="61BF4D41" w:rsidR="00A2001D" w:rsidRPr="00A2001D" w:rsidRDefault="00A2001D" w:rsidP="009947DB">
            <w:pPr>
              <w:spacing w:after="240" w:line="276" w:lineRule="auto"/>
            </w:pPr>
            <w:r w:rsidRPr="00A2001D">
              <w:t>How does your child communicate needs?</w:t>
            </w:r>
            <w:r w:rsidRPr="00A2001D">
              <w:br/>
            </w:r>
            <w:r w:rsidRPr="00A2001D">
              <w:br/>
            </w:r>
          </w:p>
        </w:tc>
        <w:tc>
          <w:tcPr>
            <w:tcW w:w="5204" w:type="dxa"/>
          </w:tcPr>
          <w:p w14:paraId="75F22344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2D75E356" w14:textId="653FE3A2" w:rsidTr="00324867">
        <w:tc>
          <w:tcPr>
            <w:tcW w:w="675" w:type="dxa"/>
          </w:tcPr>
          <w:p w14:paraId="4C1304AC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2977" w:type="dxa"/>
          </w:tcPr>
          <w:p w14:paraId="490705CA" w14:textId="3B1FBFEF" w:rsidR="00A2001D" w:rsidRPr="00A2001D" w:rsidRDefault="00A2001D" w:rsidP="009947DB">
            <w:pPr>
              <w:spacing w:after="240" w:line="276" w:lineRule="auto"/>
            </w:pPr>
            <w:r w:rsidRPr="00A2001D">
              <w:t>Are there any challenging behaviors? (Examples: aggression, self-injury, elopement, property destruction, tantrums.)</w:t>
            </w:r>
            <w:r w:rsidRPr="00A2001D">
              <w:br/>
            </w:r>
            <w:r w:rsidRPr="00A2001D">
              <w:br/>
            </w:r>
          </w:p>
        </w:tc>
        <w:tc>
          <w:tcPr>
            <w:tcW w:w="5204" w:type="dxa"/>
          </w:tcPr>
          <w:p w14:paraId="5F0CA879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5A00196F" w14:textId="03A81602" w:rsidTr="00324867">
        <w:tc>
          <w:tcPr>
            <w:tcW w:w="675" w:type="dxa"/>
          </w:tcPr>
          <w:p w14:paraId="78279EC4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2977" w:type="dxa"/>
          </w:tcPr>
          <w:p w14:paraId="1E9F22A0" w14:textId="10A72AF4" w:rsidR="00A2001D" w:rsidRPr="00A2001D" w:rsidRDefault="00A2001D" w:rsidP="009947DB">
            <w:pPr>
              <w:spacing w:after="240" w:line="276" w:lineRule="auto"/>
            </w:pPr>
            <w:r w:rsidRPr="00A2001D">
              <w:t>What usually triggers these behaviors?</w:t>
            </w:r>
            <w:r w:rsidRPr="00A2001D">
              <w:br/>
            </w:r>
            <w:r w:rsidRPr="00A2001D">
              <w:br/>
            </w:r>
          </w:p>
        </w:tc>
        <w:tc>
          <w:tcPr>
            <w:tcW w:w="5204" w:type="dxa"/>
          </w:tcPr>
          <w:p w14:paraId="6260FB5A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38D3A8C4" w14:textId="3D97A77A" w:rsidTr="00324867">
        <w:tc>
          <w:tcPr>
            <w:tcW w:w="675" w:type="dxa"/>
          </w:tcPr>
          <w:p w14:paraId="39C11688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2977" w:type="dxa"/>
          </w:tcPr>
          <w:p w14:paraId="50DC91D6" w14:textId="2302B406" w:rsidR="00A2001D" w:rsidRPr="00A2001D" w:rsidRDefault="00A2001D" w:rsidP="009947DB">
            <w:pPr>
              <w:spacing w:after="240" w:line="276" w:lineRule="auto"/>
            </w:pPr>
            <w:r w:rsidRPr="00A2001D">
              <w:t>What strategies help your child calm down?</w:t>
            </w:r>
            <w:r w:rsidRPr="00A2001D">
              <w:br/>
            </w:r>
            <w:r w:rsidRPr="00A2001D">
              <w:br/>
            </w:r>
          </w:p>
        </w:tc>
        <w:tc>
          <w:tcPr>
            <w:tcW w:w="5204" w:type="dxa"/>
          </w:tcPr>
          <w:p w14:paraId="7E00CFDA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14:paraId="7731B33E" w14:textId="0032EAEA" w:rsidTr="00324867">
        <w:tc>
          <w:tcPr>
            <w:tcW w:w="675" w:type="dxa"/>
          </w:tcPr>
          <w:p w14:paraId="354A117B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2977" w:type="dxa"/>
          </w:tcPr>
          <w:p w14:paraId="2AFE41DE" w14:textId="3F8A3CC4" w:rsidR="00A2001D" w:rsidRDefault="00A2001D" w:rsidP="009947DB">
            <w:pPr>
              <w:spacing w:after="240" w:line="276" w:lineRule="auto"/>
            </w:pPr>
            <w:r w:rsidRPr="00A2001D">
              <w:t>What should staff avoid?</w:t>
            </w:r>
            <w:r w:rsidRPr="00A2001D">
              <w:br/>
            </w:r>
          </w:p>
        </w:tc>
        <w:tc>
          <w:tcPr>
            <w:tcW w:w="5204" w:type="dxa"/>
          </w:tcPr>
          <w:p w14:paraId="3C6ACB48" w14:textId="77777777" w:rsidR="00A2001D" w:rsidRPr="00A2001D" w:rsidRDefault="00A2001D" w:rsidP="009947DB">
            <w:pPr>
              <w:spacing w:after="240" w:line="276" w:lineRule="auto"/>
            </w:pPr>
          </w:p>
        </w:tc>
      </w:tr>
    </w:tbl>
    <w:p w14:paraId="27C50654" w14:textId="6F3949F3" w:rsidR="00B07C7E" w:rsidRDefault="00000000" w:rsidP="009947DB">
      <w:pPr>
        <w:spacing w:after="240"/>
      </w:pPr>
      <w:r>
        <w:br/>
      </w:r>
    </w:p>
    <w:p w14:paraId="4C907B10" w14:textId="77777777" w:rsidR="00B07C7E" w:rsidRDefault="00000000" w:rsidP="009947DB">
      <w:pPr>
        <w:pStyle w:val="Heading2"/>
        <w:spacing w:after="240"/>
      </w:pPr>
      <w:r>
        <w:lastRenderedPageBreak/>
        <w:t>Daily Living Skills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5271"/>
        <w:gridCol w:w="2910"/>
      </w:tblGrid>
      <w:tr w:rsidR="00A2001D" w:rsidRPr="00A2001D" w14:paraId="046A5014" w14:textId="49F95900" w:rsidTr="00A2001D">
        <w:tc>
          <w:tcPr>
            <w:tcW w:w="675" w:type="dxa"/>
          </w:tcPr>
          <w:p w14:paraId="446F8336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5271" w:type="dxa"/>
          </w:tcPr>
          <w:p w14:paraId="0A088887" w14:textId="075E36F8" w:rsidR="00A2001D" w:rsidRPr="00A2001D" w:rsidRDefault="00A2001D" w:rsidP="009947DB">
            <w:pPr>
              <w:spacing w:after="240" w:line="276" w:lineRule="auto"/>
            </w:pPr>
            <w:r w:rsidRPr="00A2001D">
              <w:t>Use the toilet: ☐ Independent ☐ Needs Assistance</w:t>
            </w:r>
          </w:p>
        </w:tc>
        <w:tc>
          <w:tcPr>
            <w:tcW w:w="2910" w:type="dxa"/>
          </w:tcPr>
          <w:p w14:paraId="7DD82C10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69C619B3" w14:textId="691F648F" w:rsidTr="00A2001D">
        <w:tc>
          <w:tcPr>
            <w:tcW w:w="675" w:type="dxa"/>
          </w:tcPr>
          <w:p w14:paraId="5B938D5A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5271" w:type="dxa"/>
          </w:tcPr>
          <w:p w14:paraId="7D8EC91B" w14:textId="05099486" w:rsidR="00A2001D" w:rsidRPr="00A2001D" w:rsidRDefault="00A2001D" w:rsidP="009947DB">
            <w:pPr>
              <w:spacing w:after="240" w:line="276" w:lineRule="auto"/>
            </w:pPr>
            <w:r w:rsidRPr="00A2001D">
              <w:t>Shower/bathe: ☐ Independent ☐ Needs Assistance</w:t>
            </w:r>
          </w:p>
        </w:tc>
        <w:tc>
          <w:tcPr>
            <w:tcW w:w="2910" w:type="dxa"/>
          </w:tcPr>
          <w:p w14:paraId="7461C0CD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550EFA6A" w14:textId="652E662A" w:rsidTr="00A2001D">
        <w:tc>
          <w:tcPr>
            <w:tcW w:w="675" w:type="dxa"/>
          </w:tcPr>
          <w:p w14:paraId="6965BE87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5271" w:type="dxa"/>
          </w:tcPr>
          <w:p w14:paraId="6FD4E2D5" w14:textId="46A2AA22" w:rsidR="00A2001D" w:rsidRPr="00A2001D" w:rsidRDefault="00A2001D" w:rsidP="009947DB">
            <w:pPr>
              <w:spacing w:after="240" w:line="276" w:lineRule="auto"/>
            </w:pPr>
            <w:r w:rsidRPr="00A2001D">
              <w:t>Brush teeth: ☐ Independent ☐ Needs Assistance</w:t>
            </w:r>
          </w:p>
        </w:tc>
        <w:tc>
          <w:tcPr>
            <w:tcW w:w="2910" w:type="dxa"/>
          </w:tcPr>
          <w:p w14:paraId="40125677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19F40DE6" w14:textId="1A8BDAB7" w:rsidTr="00A2001D">
        <w:tc>
          <w:tcPr>
            <w:tcW w:w="675" w:type="dxa"/>
          </w:tcPr>
          <w:p w14:paraId="043B4943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5271" w:type="dxa"/>
          </w:tcPr>
          <w:p w14:paraId="3AA9AA39" w14:textId="7F4B3B9F" w:rsidR="00A2001D" w:rsidRPr="00A2001D" w:rsidRDefault="00A2001D" w:rsidP="009947DB">
            <w:pPr>
              <w:spacing w:after="240" w:line="276" w:lineRule="auto"/>
            </w:pPr>
            <w:r w:rsidRPr="00A2001D">
              <w:t>Dress: ☐ Independent ☐ Needs Assistance</w:t>
            </w:r>
          </w:p>
        </w:tc>
        <w:tc>
          <w:tcPr>
            <w:tcW w:w="2910" w:type="dxa"/>
          </w:tcPr>
          <w:p w14:paraId="02525CE6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3CF216C5" w14:textId="2CC2A2CC" w:rsidTr="00A2001D">
        <w:tc>
          <w:tcPr>
            <w:tcW w:w="675" w:type="dxa"/>
          </w:tcPr>
          <w:p w14:paraId="61331A7E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5271" w:type="dxa"/>
          </w:tcPr>
          <w:p w14:paraId="42C5E514" w14:textId="7176449C" w:rsidR="00A2001D" w:rsidRPr="00A2001D" w:rsidRDefault="00A2001D" w:rsidP="009947DB">
            <w:pPr>
              <w:spacing w:after="240" w:line="276" w:lineRule="auto"/>
            </w:pPr>
            <w:r w:rsidRPr="00A2001D">
              <w:t>Feed themselves: ☐ Independent ☐ Needs Assistance</w:t>
            </w:r>
          </w:p>
        </w:tc>
        <w:tc>
          <w:tcPr>
            <w:tcW w:w="2910" w:type="dxa"/>
          </w:tcPr>
          <w:p w14:paraId="41EC2B47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3EF55298" w14:textId="1C4511FF" w:rsidTr="00A2001D">
        <w:tc>
          <w:tcPr>
            <w:tcW w:w="675" w:type="dxa"/>
          </w:tcPr>
          <w:p w14:paraId="1F20164B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5271" w:type="dxa"/>
          </w:tcPr>
          <w:p w14:paraId="2E6049A0" w14:textId="008C3D80" w:rsidR="00A2001D" w:rsidRPr="00A2001D" w:rsidRDefault="00A2001D" w:rsidP="009947DB">
            <w:pPr>
              <w:spacing w:after="240" w:line="276" w:lineRule="auto"/>
            </w:pPr>
            <w:r w:rsidRPr="00A2001D">
              <w:t>Sleep through the night: ☐ Yes ☐ No</w:t>
            </w:r>
          </w:p>
        </w:tc>
        <w:tc>
          <w:tcPr>
            <w:tcW w:w="2910" w:type="dxa"/>
          </w:tcPr>
          <w:p w14:paraId="20D016E4" w14:textId="77777777" w:rsidR="00A2001D" w:rsidRPr="00A2001D" w:rsidRDefault="00A2001D" w:rsidP="009947DB">
            <w:pPr>
              <w:spacing w:after="240" w:line="276" w:lineRule="auto"/>
            </w:pPr>
          </w:p>
        </w:tc>
      </w:tr>
    </w:tbl>
    <w:p w14:paraId="6954193D" w14:textId="77777777" w:rsidR="00B07C7E" w:rsidRDefault="00000000" w:rsidP="009947DB">
      <w:pPr>
        <w:pStyle w:val="Heading2"/>
        <w:spacing w:after="240"/>
      </w:pPr>
      <w:r>
        <w:t>Safety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5276"/>
        <w:gridCol w:w="2905"/>
      </w:tblGrid>
      <w:tr w:rsidR="00A2001D" w:rsidRPr="00A2001D" w14:paraId="0272D27E" w14:textId="7406B100" w:rsidTr="00A2001D">
        <w:tc>
          <w:tcPr>
            <w:tcW w:w="675" w:type="dxa"/>
          </w:tcPr>
          <w:p w14:paraId="312FF7F7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5276" w:type="dxa"/>
          </w:tcPr>
          <w:p w14:paraId="583B9FEB" w14:textId="3764CD97" w:rsidR="00A2001D" w:rsidRPr="00A2001D" w:rsidRDefault="00A2001D" w:rsidP="009947DB">
            <w:pPr>
              <w:spacing w:after="240" w:line="276" w:lineRule="auto"/>
            </w:pPr>
            <w:r w:rsidRPr="00A2001D">
              <w:t>Has your child ever wandered or eloped? ☐ Yes ☐ No</w:t>
            </w:r>
          </w:p>
        </w:tc>
        <w:tc>
          <w:tcPr>
            <w:tcW w:w="2905" w:type="dxa"/>
          </w:tcPr>
          <w:p w14:paraId="3FC142A3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029F85CB" w14:textId="742647F2" w:rsidTr="00A2001D">
        <w:tc>
          <w:tcPr>
            <w:tcW w:w="675" w:type="dxa"/>
          </w:tcPr>
          <w:p w14:paraId="34E0E167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5276" w:type="dxa"/>
          </w:tcPr>
          <w:p w14:paraId="0A01D044" w14:textId="18489DF8" w:rsidR="00A2001D" w:rsidRPr="00A2001D" w:rsidRDefault="00A2001D" w:rsidP="009947DB">
            <w:pPr>
              <w:spacing w:after="240" w:line="276" w:lineRule="auto"/>
            </w:pPr>
            <w:r w:rsidRPr="00A2001D">
              <w:t>Does your child understand basic safety rules? ☐ Yes ☐ No</w:t>
            </w:r>
          </w:p>
        </w:tc>
        <w:tc>
          <w:tcPr>
            <w:tcW w:w="2905" w:type="dxa"/>
          </w:tcPr>
          <w:p w14:paraId="7BA2FBDB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70340B9C" w14:textId="36A504F5" w:rsidTr="00A2001D">
        <w:tc>
          <w:tcPr>
            <w:tcW w:w="675" w:type="dxa"/>
          </w:tcPr>
          <w:p w14:paraId="0C96D50E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5276" w:type="dxa"/>
          </w:tcPr>
          <w:p w14:paraId="3CDC72FC" w14:textId="3233E9A3" w:rsidR="00A2001D" w:rsidRPr="00A2001D" w:rsidRDefault="00A2001D" w:rsidP="009947DB">
            <w:pPr>
              <w:spacing w:after="240" w:line="276" w:lineRule="auto"/>
            </w:pPr>
            <w:r w:rsidRPr="00A2001D">
              <w:t>Can they follow simple directions? ☐ Yes ☐ No</w:t>
            </w:r>
          </w:p>
        </w:tc>
        <w:tc>
          <w:tcPr>
            <w:tcW w:w="2905" w:type="dxa"/>
          </w:tcPr>
          <w:p w14:paraId="73BC0357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1633D679" w14:textId="0ED926BB" w:rsidTr="00A2001D">
        <w:tc>
          <w:tcPr>
            <w:tcW w:w="675" w:type="dxa"/>
          </w:tcPr>
          <w:p w14:paraId="4A9B3D6F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5276" w:type="dxa"/>
          </w:tcPr>
          <w:p w14:paraId="17AE565C" w14:textId="11782E77" w:rsidR="00A2001D" w:rsidRPr="00A2001D" w:rsidRDefault="00A2001D" w:rsidP="009947DB">
            <w:pPr>
              <w:spacing w:after="240" w:line="276" w:lineRule="auto"/>
            </w:pPr>
            <w:r w:rsidRPr="00A2001D">
              <w:t>Do they require one-to-one supervision? ☐ Yes ☐ No</w:t>
            </w:r>
          </w:p>
        </w:tc>
        <w:tc>
          <w:tcPr>
            <w:tcW w:w="2905" w:type="dxa"/>
          </w:tcPr>
          <w:p w14:paraId="3BAF8CCE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14:paraId="6A405139" w14:textId="58B98F81" w:rsidTr="00A2001D">
        <w:tc>
          <w:tcPr>
            <w:tcW w:w="675" w:type="dxa"/>
          </w:tcPr>
          <w:p w14:paraId="066261DA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5276" w:type="dxa"/>
          </w:tcPr>
          <w:p w14:paraId="5DB7ABA2" w14:textId="409099A0" w:rsidR="00A2001D" w:rsidRDefault="00A2001D" w:rsidP="009947DB">
            <w:pPr>
              <w:spacing w:after="240" w:line="276" w:lineRule="auto"/>
            </w:pPr>
            <w:r w:rsidRPr="00A2001D">
              <w:t>Have there been any hospitalizations for behavioral concerns in the past 12 months? ☐ Yes ☐ No</w:t>
            </w:r>
            <w:r w:rsidRPr="00A2001D">
              <w:br/>
              <w:t>If yes, please describe:</w:t>
            </w:r>
            <w:r w:rsidRPr="00A2001D">
              <w:br/>
            </w:r>
          </w:p>
        </w:tc>
        <w:tc>
          <w:tcPr>
            <w:tcW w:w="2905" w:type="dxa"/>
          </w:tcPr>
          <w:p w14:paraId="61C32B71" w14:textId="77777777" w:rsidR="00A2001D" w:rsidRPr="00A2001D" w:rsidRDefault="00A2001D" w:rsidP="009947DB">
            <w:pPr>
              <w:spacing w:after="240" w:line="276" w:lineRule="auto"/>
            </w:pPr>
          </w:p>
        </w:tc>
      </w:tr>
    </w:tbl>
    <w:p w14:paraId="1171C1BF" w14:textId="526DC56C" w:rsidR="00B07C7E" w:rsidRDefault="00000000" w:rsidP="009947DB">
      <w:pPr>
        <w:spacing w:after="240"/>
      </w:pPr>
      <w:r>
        <w:br/>
      </w:r>
    </w:p>
    <w:p w14:paraId="542268E5" w14:textId="77777777" w:rsidR="00B07C7E" w:rsidRDefault="00000000" w:rsidP="009947DB">
      <w:pPr>
        <w:pStyle w:val="Heading2"/>
        <w:spacing w:after="240"/>
      </w:pPr>
      <w:r>
        <w:t>Social and Emotional Needs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3786"/>
      </w:tblGrid>
      <w:tr w:rsidR="00A2001D" w:rsidRPr="00A2001D" w14:paraId="0E2A4CED" w14:textId="78E38926" w:rsidTr="00E34C35">
        <w:tc>
          <w:tcPr>
            <w:tcW w:w="675" w:type="dxa"/>
          </w:tcPr>
          <w:p w14:paraId="0674E159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4395" w:type="dxa"/>
          </w:tcPr>
          <w:p w14:paraId="41525241" w14:textId="26AB7648" w:rsidR="00A2001D" w:rsidRPr="00A2001D" w:rsidRDefault="00A2001D" w:rsidP="009947DB">
            <w:pPr>
              <w:spacing w:after="240" w:line="276" w:lineRule="auto"/>
            </w:pPr>
            <w:r w:rsidRPr="00A2001D">
              <w:t>Does your child enjoy being around other children?</w:t>
            </w:r>
          </w:p>
        </w:tc>
        <w:tc>
          <w:tcPr>
            <w:tcW w:w="3786" w:type="dxa"/>
          </w:tcPr>
          <w:p w14:paraId="4C118205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313C5EE9" w14:textId="56B5E689" w:rsidTr="00E34C35">
        <w:tc>
          <w:tcPr>
            <w:tcW w:w="675" w:type="dxa"/>
          </w:tcPr>
          <w:p w14:paraId="0BF2A3B6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4395" w:type="dxa"/>
          </w:tcPr>
          <w:p w14:paraId="07D5D440" w14:textId="4BFF9056" w:rsidR="00A2001D" w:rsidRPr="00A2001D" w:rsidRDefault="00A2001D" w:rsidP="009947DB">
            <w:pPr>
              <w:spacing w:after="240" w:line="276" w:lineRule="auto"/>
            </w:pPr>
            <w:r w:rsidRPr="00A2001D">
              <w:t>Are there sensory sensitivities?</w:t>
            </w:r>
            <w:r w:rsidRPr="00A2001D">
              <w:br/>
            </w:r>
          </w:p>
        </w:tc>
        <w:tc>
          <w:tcPr>
            <w:tcW w:w="3786" w:type="dxa"/>
          </w:tcPr>
          <w:p w14:paraId="1B5A051E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6E7D074B" w14:textId="6783003A" w:rsidTr="00E34C35">
        <w:tc>
          <w:tcPr>
            <w:tcW w:w="675" w:type="dxa"/>
          </w:tcPr>
          <w:p w14:paraId="0897A779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4395" w:type="dxa"/>
          </w:tcPr>
          <w:p w14:paraId="7411EB4E" w14:textId="767F316A" w:rsidR="00A2001D" w:rsidRPr="00A2001D" w:rsidRDefault="00A2001D" w:rsidP="009947DB">
            <w:pPr>
              <w:spacing w:after="240" w:line="276" w:lineRule="auto"/>
            </w:pPr>
            <w:r w:rsidRPr="00A2001D">
              <w:t>Favorite toys, interests, or comfort items?</w:t>
            </w:r>
            <w:r w:rsidRPr="00A2001D">
              <w:br/>
            </w:r>
            <w:r w:rsidRPr="00A2001D">
              <w:br/>
            </w:r>
          </w:p>
        </w:tc>
        <w:tc>
          <w:tcPr>
            <w:tcW w:w="3786" w:type="dxa"/>
          </w:tcPr>
          <w:p w14:paraId="27AC90FB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52360232" w14:textId="2242B3D8" w:rsidTr="00E34C35">
        <w:tc>
          <w:tcPr>
            <w:tcW w:w="675" w:type="dxa"/>
          </w:tcPr>
          <w:p w14:paraId="563240AB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4395" w:type="dxa"/>
          </w:tcPr>
          <w:p w14:paraId="1AF03314" w14:textId="77777777" w:rsidR="00E34C35" w:rsidRDefault="00A2001D" w:rsidP="009947DB">
            <w:pPr>
              <w:spacing w:after="240" w:line="276" w:lineRule="auto"/>
            </w:pPr>
            <w:r w:rsidRPr="00A2001D">
              <w:t>What motivates your child?</w:t>
            </w:r>
          </w:p>
          <w:p w14:paraId="4D8DC11B" w14:textId="1DDF4F41" w:rsidR="00A2001D" w:rsidRPr="00A2001D" w:rsidRDefault="00A2001D" w:rsidP="009947DB">
            <w:pPr>
              <w:spacing w:after="240" w:line="276" w:lineRule="auto"/>
            </w:pPr>
            <w:r w:rsidRPr="00A2001D">
              <w:br/>
            </w:r>
          </w:p>
        </w:tc>
        <w:tc>
          <w:tcPr>
            <w:tcW w:w="3786" w:type="dxa"/>
          </w:tcPr>
          <w:p w14:paraId="73FA23F5" w14:textId="77777777" w:rsidR="00A2001D" w:rsidRPr="00A2001D" w:rsidRDefault="00A2001D" w:rsidP="009947DB">
            <w:pPr>
              <w:spacing w:after="240" w:line="276" w:lineRule="auto"/>
            </w:pPr>
          </w:p>
        </w:tc>
      </w:tr>
    </w:tbl>
    <w:p w14:paraId="6373824D" w14:textId="77777777" w:rsidR="00B07C7E" w:rsidRDefault="00000000" w:rsidP="009947DB">
      <w:pPr>
        <w:pStyle w:val="Heading2"/>
        <w:spacing w:after="240"/>
      </w:pPr>
      <w:r>
        <w:t>Previous Respite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3928"/>
      </w:tblGrid>
      <w:tr w:rsidR="00A2001D" w:rsidRPr="00A2001D" w14:paraId="085B58F8" w14:textId="2D074AE3" w:rsidTr="00E34C35">
        <w:tc>
          <w:tcPr>
            <w:tcW w:w="675" w:type="dxa"/>
          </w:tcPr>
          <w:p w14:paraId="37D38034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4253" w:type="dxa"/>
          </w:tcPr>
          <w:p w14:paraId="2D574769" w14:textId="7D120840" w:rsidR="00A2001D" w:rsidRPr="00A2001D" w:rsidRDefault="00A2001D" w:rsidP="009947DB">
            <w:pPr>
              <w:spacing w:after="240" w:line="276" w:lineRule="auto"/>
            </w:pPr>
            <w:r w:rsidRPr="00A2001D">
              <w:t>Has your child stayed away from home before? ☐ Yes ☐ No</w:t>
            </w:r>
          </w:p>
        </w:tc>
        <w:tc>
          <w:tcPr>
            <w:tcW w:w="3928" w:type="dxa"/>
          </w:tcPr>
          <w:p w14:paraId="0BD0A9E7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0CC37C70" w14:textId="5F12C8AD" w:rsidTr="00E34C35">
        <w:tc>
          <w:tcPr>
            <w:tcW w:w="675" w:type="dxa"/>
          </w:tcPr>
          <w:p w14:paraId="7A4B45BA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4253" w:type="dxa"/>
          </w:tcPr>
          <w:p w14:paraId="3370E30F" w14:textId="47EA1598" w:rsidR="00A2001D" w:rsidRPr="00A2001D" w:rsidRDefault="00A2001D" w:rsidP="009947DB">
            <w:pPr>
              <w:spacing w:after="240" w:line="276" w:lineRule="auto"/>
            </w:pPr>
            <w:r w:rsidRPr="00A2001D">
              <w:t>What worked well?</w:t>
            </w:r>
            <w:r w:rsidRPr="00A2001D">
              <w:br/>
            </w:r>
            <w:r w:rsidRPr="00A2001D">
              <w:br/>
            </w:r>
          </w:p>
        </w:tc>
        <w:tc>
          <w:tcPr>
            <w:tcW w:w="3928" w:type="dxa"/>
          </w:tcPr>
          <w:p w14:paraId="6EA972CE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14:paraId="2F39DBF3" w14:textId="75A6407E" w:rsidTr="00E34C35">
        <w:tc>
          <w:tcPr>
            <w:tcW w:w="675" w:type="dxa"/>
          </w:tcPr>
          <w:p w14:paraId="1A5BC25F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4253" w:type="dxa"/>
          </w:tcPr>
          <w:p w14:paraId="42897AD4" w14:textId="34BEE4C9" w:rsidR="00A2001D" w:rsidRDefault="00A2001D" w:rsidP="009947DB">
            <w:pPr>
              <w:spacing w:after="240" w:line="276" w:lineRule="auto"/>
            </w:pPr>
            <w:r w:rsidRPr="00A2001D">
              <w:t>What challenges occurred?</w:t>
            </w:r>
            <w:r w:rsidRPr="00A2001D">
              <w:br/>
            </w:r>
          </w:p>
        </w:tc>
        <w:tc>
          <w:tcPr>
            <w:tcW w:w="3928" w:type="dxa"/>
          </w:tcPr>
          <w:p w14:paraId="06052520" w14:textId="77777777" w:rsidR="00A2001D" w:rsidRPr="00A2001D" w:rsidRDefault="00A2001D" w:rsidP="009947DB">
            <w:pPr>
              <w:spacing w:after="240" w:line="276" w:lineRule="auto"/>
            </w:pPr>
          </w:p>
        </w:tc>
      </w:tr>
    </w:tbl>
    <w:p w14:paraId="332B1B37" w14:textId="2B77C898" w:rsidR="00B07C7E" w:rsidRDefault="00000000" w:rsidP="009947DB">
      <w:pPr>
        <w:spacing w:after="240"/>
      </w:pPr>
      <w:r>
        <w:br/>
      </w:r>
    </w:p>
    <w:p w14:paraId="17BFE387" w14:textId="77777777" w:rsidR="00B07C7E" w:rsidRDefault="00000000" w:rsidP="009947DB">
      <w:pPr>
        <w:pStyle w:val="Heading2"/>
        <w:spacing w:after="240"/>
      </w:pPr>
      <w:r>
        <w:t>Parent Goals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3928"/>
      </w:tblGrid>
      <w:tr w:rsidR="00A2001D" w:rsidRPr="00A2001D" w14:paraId="224F0E5D" w14:textId="695B7DAB" w:rsidTr="00E34C35">
        <w:tc>
          <w:tcPr>
            <w:tcW w:w="675" w:type="dxa"/>
          </w:tcPr>
          <w:p w14:paraId="3CC0B8E5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4253" w:type="dxa"/>
          </w:tcPr>
          <w:p w14:paraId="737D205A" w14:textId="3DB16DA3" w:rsidR="00A2001D" w:rsidRPr="00A2001D" w:rsidRDefault="00E34C35" w:rsidP="009947DB">
            <w:pPr>
              <w:spacing w:after="240" w:line="276" w:lineRule="auto"/>
            </w:pPr>
            <w:r>
              <w:t>What is/are your goal</w:t>
            </w:r>
            <w:r w:rsidR="009947DB">
              <w:t>(</w:t>
            </w:r>
            <w:r>
              <w:t>s</w:t>
            </w:r>
            <w:r w:rsidR="009947DB">
              <w:t>)</w:t>
            </w:r>
            <w:r w:rsidR="00A2001D" w:rsidRPr="00A2001D">
              <w:t>:</w:t>
            </w:r>
          </w:p>
        </w:tc>
        <w:tc>
          <w:tcPr>
            <w:tcW w:w="3928" w:type="dxa"/>
          </w:tcPr>
          <w:p w14:paraId="75F1025A" w14:textId="5A7FE216" w:rsidR="00A2001D" w:rsidRPr="00A2001D" w:rsidRDefault="00E34C35" w:rsidP="009947DB">
            <w:pPr>
              <w:spacing w:after="240" w:line="276" w:lineRule="auto"/>
            </w:pPr>
            <w:r>
              <w:t>(Fill Yes if applicable)</w:t>
            </w:r>
          </w:p>
        </w:tc>
      </w:tr>
      <w:tr w:rsidR="00A2001D" w:rsidRPr="00A2001D" w14:paraId="2A88AC8B" w14:textId="39F432DA" w:rsidTr="00E34C35">
        <w:tc>
          <w:tcPr>
            <w:tcW w:w="675" w:type="dxa"/>
          </w:tcPr>
          <w:p w14:paraId="3ECF3AAC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4253" w:type="dxa"/>
          </w:tcPr>
          <w:p w14:paraId="4DE6CE64" w14:textId="4882038E" w:rsidR="00A2001D" w:rsidRPr="00A2001D" w:rsidRDefault="00A2001D" w:rsidP="009947DB">
            <w:pPr>
              <w:spacing w:after="240" w:line="276" w:lineRule="auto"/>
            </w:pPr>
            <w:r w:rsidRPr="00A2001D">
              <w:rPr>
                <w:rFonts w:ascii="Segoe UI Symbol" w:hAnsi="Segoe UI Symbol" w:cs="Segoe UI Symbol"/>
              </w:rPr>
              <w:t>☐</w:t>
            </w:r>
            <w:r w:rsidRPr="00A2001D">
              <w:t xml:space="preserve"> Building independence</w:t>
            </w:r>
          </w:p>
        </w:tc>
        <w:tc>
          <w:tcPr>
            <w:tcW w:w="3928" w:type="dxa"/>
          </w:tcPr>
          <w:p w14:paraId="684FAE48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14B48B18" w14:textId="53DDFF3C" w:rsidTr="00E34C35">
        <w:tc>
          <w:tcPr>
            <w:tcW w:w="675" w:type="dxa"/>
          </w:tcPr>
          <w:p w14:paraId="49C3BC2D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4253" w:type="dxa"/>
          </w:tcPr>
          <w:p w14:paraId="58501EA5" w14:textId="2F0ABB64" w:rsidR="00A2001D" w:rsidRPr="00A2001D" w:rsidRDefault="00A2001D" w:rsidP="009947DB">
            <w:pPr>
              <w:spacing w:after="240" w:line="276" w:lineRule="auto"/>
            </w:pPr>
            <w:r w:rsidRPr="00A2001D">
              <w:rPr>
                <w:rFonts w:ascii="Segoe UI Symbol" w:hAnsi="Segoe UI Symbol" w:cs="Segoe UI Symbol"/>
              </w:rPr>
              <w:t>☐</w:t>
            </w:r>
            <w:r w:rsidRPr="00A2001D">
              <w:t xml:space="preserve"> Social interaction</w:t>
            </w:r>
          </w:p>
        </w:tc>
        <w:tc>
          <w:tcPr>
            <w:tcW w:w="3928" w:type="dxa"/>
          </w:tcPr>
          <w:p w14:paraId="06957D0A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1B325FA7" w14:textId="2FEA8CC0" w:rsidTr="00E34C35">
        <w:tc>
          <w:tcPr>
            <w:tcW w:w="675" w:type="dxa"/>
          </w:tcPr>
          <w:p w14:paraId="0A2E77C2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4253" w:type="dxa"/>
          </w:tcPr>
          <w:p w14:paraId="6D48C174" w14:textId="7516E3CF" w:rsidR="00A2001D" w:rsidRPr="00A2001D" w:rsidRDefault="00A2001D" w:rsidP="009947DB">
            <w:pPr>
              <w:spacing w:after="240" w:line="276" w:lineRule="auto"/>
            </w:pPr>
            <w:r w:rsidRPr="00A2001D">
              <w:rPr>
                <w:rFonts w:ascii="Segoe UI Symbol" w:hAnsi="Segoe UI Symbol" w:cs="Segoe UI Symbol"/>
              </w:rPr>
              <w:t>☐</w:t>
            </w:r>
            <w:r w:rsidRPr="00A2001D">
              <w:t xml:space="preserve"> Recreation</w:t>
            </w:r>
          </w:p>
        </w:tc>
        <w:tc>
          <w:tcPr>
            <w:tcW w:w="3928" w:type="dxa"/>
          </w:tcPr>
          <w:p w14:paraId="54266A5B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7CCD8937" w14:textId="60CAFF45" w:rsidTr="00E34C35">
        <w:tc>
          <w:tcPr>
            <w:tcW w:w="675" w:type="dxa"/>
          </w:tcPr>
          <w:p w14:paraId="44FA7F65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4253" w:type="dxa"/>
          </w:tcPr>
          <w:p w14:paraId="768C3B58" w14:textId="33B5152F" w:rsidR="00A2001D" w:rsidRPr="00A2001D" w:rsidRDefault="00A2001D" w:rsidP="009947DB">
            <w:pPr>
              <w:spacing w:after="240" w:line="276" w:lineRule="auto"/>
            </w:pPr>
            <w:r w:rsidRPr="00A2001D">
              <w:rPr>
                <w:rFonts w:ascii="Segoe UI Symbol" w:hAnsi="Segoe UI Symbol" w:cs="Segoe UI Symbol"/>
              </w:rPr>
              <w:t>☐</w:t>
            </w:r>
            <w:r w:rsidRPr="00A2001D">
              <w:t xml:space="preserve"> Behavioral support</w:t>
            </w:r>
          </w:p>
        </w:tc>
        <w:tc>
          <w:tcPr>
            <w:tcW w:w="3928" w:type="dxa"/>
          </w:tcPr>
          <w:p w14:paraId="66AFEE94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090C9047" w14:textId="06608EEB" w:rsidTr="00E34C35">
        <w:tc>
          <w:tcPr>
            <w:tcW w:w="675" w:type="dxa"/>
          </w:tcPr>
          <w:p w14:paraId="750D771C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4253" w:type="dxa"/>
          </w:tcPr>
          <w:p w14:paraId="7415F2B2" w14:textId="58F61EEE" w:rsidR="00A2001D" w:rsidRPr="00A2001D" w:rsidRDefault="00A2001D" w:rsidP="009947DB">
            <w:pPr>
              <w:spacing w:after="240" w:line="276" w:lineRule="auto"/>
            </w:pPr>
            <w:r w:rsidRPr="00A2001D">
              <w:rPr>
                <w:rFonts w:ascii="Segoe UI Symbol" w:hAnsi="Segoe UI Symbol" w:cs="Segoe UI Symbol"/>
              </w:rPr>
              <w:t>☐</w:t>
            </w:r>
            <w:r w:rsidRPr="00A2001D">
              <w:t xml:space="preserve"> Communication practice</w:t>
            </w:r>
          </w:p>
        </w:tc>
        <w:tc>
          <w:tcPr>
            <w:tcW w:w="3928" w:type="dxa"/>
          </w:tcPr>
          <w:p w14:paraId="4157771B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398960AC" w14:textId="53812751" w:rsidTr="00E34C35">
        <w:tc>
          <w:tcPr>
            <w:tcW w:w="675" w:type="dxa"/>
          </w:tcPr>
          <w:p w14:paraId="1E5397B6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4253" w:type="dxa"/>
          </w:tcPr>
          <w:p w14:paraId="42079FC7" w14:textId="209F6788" w:rsidR="00A2001D" w:rsidRPr="00A2001D" w:rsidRDefault="00A2001D" w:rsidP="009947DB">
            <w:pPr>
              <w:spacing w:after="240" w:line="276" w:lineRule="auto"/>
            </w:pPr>
            <w:r w:rsidRPr="00A2001D">
              <w:rPr>
                <w:rFonts w:ascii="Segoe UI Symbol" w:hAnsi="Segoe UI Symbol" w:cs="Segoe UI Symbol"/>
              </w:rPr>
              <w:t>☐</w:t>
            </w:r>
            <w:r w:rsidRPr="00A2001D">
              <w:t xml:space="preserve"> Family respite</w:t>
            </w:r>
          </w:p>
        </w:tc>
        <w:tc>
          <w:tcPr>
            <w:tcW w:w="3928" w:type="dxa"/>
          </w:tcPr>
          <w:p w14:paraId="1CCE2678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6B1113AB" w14:textId="2BA68D7B" w:rsidTr="00E34C35">
        <w:tc>
          <w:tcPr>
            <w:tcW w:w="675" w:type="dxa"/>
          </w:tcPr>
          <w:p w14:paraId="19E3588D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4253" w:type="dxa"/>
          </w:tcPr>
          <w:p w14:paraId="664E75FB" w14:textId="424F22E6" w:rsidR="00A2001D" w:rsidRPr="00A2001D" w:rsidRDefault="00A2001D" w:rsidP="009947DB">
            <w:pPr>
              <w:spacing w:after="240" w:line="276" w:lineRule="auto"/>
            </w:pPr>
            <w:r w:rsidRPr="00A2001D">
              <w:rPr>
                <w:rFonts w:ascii="Segoe UI Symbol" w:hAnsi="Segoe UI Symbol" w:cs="Segoe UI Symbol"/>
              </w:rPr>
              <w:t>☐</w:t>
            </w:r>
            <w:r w:rsidRPr="00A2001D">
              <w:t xml:space="preserve"> Other: </w:t>
            </w:r>
            <w:r w:rsidR="00E34C35">
              <w:t>(Please specify)</w:t>
            </w:r>
          </w:p>
        </w:tc>
        <w:tc>
          <w:tcPr>
            <w:tcW w:w="3928" w:type="dxa"/>
          </w:tcPr>
          <w:p w14:paraId="2F8E70E4" w14:textId="77777777" w:rsidR="00A2001D" w:rsidRPr="00A2001D" w:rsidRDefault="00A2001D" w:rsidP="009947DB">
            <w:pPr>
              <w:spacing w:after="240" w:line="276" w:lineRule="auto"/>
            </w:pPr>
          </w:p>
        </w:tc>
      </w:tr>
    </w:tbl>
    <w:p w14:paraId="589D944C" w14:textId="77777777" w:rsidR="00B07C7E" w:rsidRDefault="00000000" w:rsidP="009947DB">
      <w:pPr>
        <w:pStyle w:val="Heading2"/>
        <w:spacing w:after="240"/>
      </w:pPr>
      <w:r>
        <w:lastRenderedPageBreak/>
        <w:t>Family Expectations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3928"/>
      </w:tblGrid>
      <w:tr w:rsidR="00A2001D" w:rsidRPr="00A2001D" w14:paraId="4CDFE5CF" w14:textId="5466B14D" w:rsidTr="00E34C35">
        <w:tc>
          <w:tcPr>
            <w:tcW w:w="675" w:type="dxa"/>
          </w:tcPr>
          <w:p w14:paraId="24640D95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4253" w:type="dxa"/>
          </w:tcPr>
          <w:p w14:paraId="19076CA6" w14:textId="562FA28F" w:rsidR="00A2001D" w:rsidRPr="00A2001D" w:rsidRDefault="00A2001D" w:rsidP="009947DB">
            <w:pPr>
              <w:spacing w:after="240" w:line="276" w:lineRule="auto"/>
            </w:pPr>
            <w:r w:rsidRPr="00A2001D">
              <w:t>Length of requested stay:</w:t>
            </w:r>
          </w:p>
        </w:tc>
        <w:tc>
          <w:tcPr>
            <w:tcW w:w="3928" w:type="dxa"/>
          </w:tcPr>
          <w:p w14:paraId="02ACC9B1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010AF4C4" w14:textId="39C2424D" w:rsidTr="00E34C35">
        <w:tc>
          <w:tcPr>
            <w:tcW w:w="675" w:type="dxa"/>
          </w:tcPr>
          <w:p w14:paraId="4D84A6AD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4253" w:type="dxa"/>
          </w:tcPr>
          <w:p w14:paraId="4480174E" w14:textId="2D69C3AE" w:rsidR="00A2001D" w:rsidRPr="00A2001D" w:rsidRDefault="00A2001D" w:rsidP="009947DB">
            <w:pPr>
              <w:spacing w:after="240" w:line="276" w:lineRule="auto"/>
            </w:pPr>
            <w:r w:rsidRPr="00A2001D">
              <w:t>Special dietary needs:</w:t>
            </w:r>
            <w:r w:rsidRPr="00A2001D">
              <w:br/>
            </w:r>
            <w:r w:rsidRPr="00A2001D">
              <w:br/>
            </w:r>
          </w:p>
        </w:tc>
        <w:tc>
          <w:tcPr>
            <w:tcW w:w="3928" w:type="dxa"/>
          </w:tcPr>
          <w:p w14:paraId="6C7643E3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295DBF77" w14:textId="101749FD" w:rsidTr="00E34C35">
        <w:tc>
          <w:tcPr>
            <w:tcW w:w="675" w:type="dxa"/>
          </w:tcPr>
          <w:p w14:paraId="62B0EEF0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4253" w:type="dxa"/>
          </w:tcPr>
          <w:p w14:paraId="1C5CA61F" w14:textId="74FB2B16" w:rsidR="00A2001D" w:rsidRPr="00A2001D" w:rsidRDefault="00A2001D" w:rsidP="009947DB">
            <w:pPr>
              <w:spacing w:after="240" w:line="276" w:lineRule="auto"/>
            </w:pPr>
            <w:r w:rsidRPr="00A2001D">
              <w:t>Religious or cultural considerations:</w:t>
            </w:r>
            <w:r w:rsidRPr="00A2001D">
              <w:br/>
            </w:r>
            <w:r w:rsidRPr="00A2001D">
              <w:br/>
            </w:r>
          </w:p>
        </w:tc>
        <w:tc>
          <w:tcPr>
            <w:tcW w:w="3928" w:type="dxa"/>
          </w:tcPr>
          <w:p w14:paraId="687E1F63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34F6BC56" w14:textId="498706CF" w:rsidTr="00E34C35">
        <w:tc>
          <w:tcPr>
            <w:tcW w:w="675" w:type="dxa"/>
          </w:tcPr>
          <w:p w14:paraId="6E72AF88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4253" w:type="dxa"/>
          </w:tcPr>
          <w:p w14:paraId="0C871329" w14:textId="38CB6872" w:rsidR="00A2001D" w:rsidRPr="00A2001D" w:rsidRDefault="00A2001D" w:rsidP="009947DB">
            <w:pPr>
              <w:spacing w:after="240" w:line="276" w:lineRule="auto"/>
            </w:pPr>
            <w:r w:rsidRPr="00A2001D">
              <w:t>Preferred communication updates during the stay:</w:t>
            </w:r>
            <w:r w:rsidRPr="00A2001D">
              <w:br/>
            </w:r>
            <w:r w:rsidRPr="00A2001D">
              <w:br/>
            </w:r>
          </w:p>
        </w:tc>
        <w:tc>
          <w:tcPr>
            <w:tcW w:w="3928" w:type="dxa"/>
          </w:tcPr>
          <w:p w14:paraId="5C1D17FA" w14:textId="77777777" w:rsidR="00A2001D" w:rsidRPr="00A2001D" w:rsidRDefault="00A2001D" w:rsidP="009947DB">
            <w:pPr>
              <w:spacing w:after="240" w:line="276" w:lineRule="auto"/>
            </w:pPr>
          </w:p>
        </w:tc>
      </w:tr>
    </w:tbl>
    <w:p w14:paraId="480158E5" w14:textId="0D3BCDD1" w:rsidR="00B07C7E" w:rsidRDefault="00000000" w:rsidP="009947DB">
      <w:pPr>
        <w:pStyle w:val="Heading2"/>
        <w:spacing w:after="240"/>
      </w:pPr>
      <w:r>
        <w:t>Admission Criteria Acknowledgment</w:t>
      </w:r>
      <w:r w:rsidR="009947DB">
        <w:t xml:space="preserve"> (Fill Yes)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3928"/>
      </w:tblGrid>
      <w:tr w:rsidR="00A2001D" w:rsidRPr="00A2001D" w14:paraId="516BED28" w14:textId="6E43282A" w:rsidTr="00C63963">
        <w:tc>
          <w:tcPr>
            <w:tcW w:w="675" w:type="dxa"/>
          </w:tcPr>
          <w:p w14:paraId="7F45351A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4253" w:type="dxa"/>
          </w:tcPr>
          <w:p w14:paraId="6ED3E102" w14:textId="3B59CE1E" w:rsidR="00A2001D" w:rsidRPr="00A2001D" w:rsidRDefault="00A2001D" w:rsidP="009947DB">
            <w:pPr>
              <w:spacing w:after="240" w:line="276" w:lineRule="auto"/>
            </w:pPr>
            <w:r w:rsidRPr="00A2001D">
              <w:rPr>
                <w:rFonts w:ascii="Segoe UI Symbol" w:hAnsi="Segoe UI Symbol" w:cs="Segoe UI Symbol"/>
              </w:rPr>
              <w:t>☐</w:t>
            </w:r>
            <w:r w:rsidRPr="00A2001D">
              <w:t xml:space="preserve"> I confirm that all medical information provided is accurate.</w:t>
            </w:r>
          </w:p>
        </w:tc>
        <w:tc>
          <w:tcPr>
            <w:tcW w:w="3928" w:type="dxa"/>
          </w:tcPr>
          <w:p w14:paraId="2168BBDC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2BF31899" w14:textId="49FBB047" w:rsidTr="00C63963">
        <w:tc>
          <w:tcPr>
            <w:tcW w:w="675" w:type="dxa"/>
          </w:tcPr>
          <w:p w14:paraId="040BF10E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4253" w:type="dxa"/>
          </w:tcPr>
          <w:p w14:paraId="3475F2DF" w14:textId="1D132F57" w:rsidR="00A2001D" w:rsidRPr="00A2001D" w:rsidRDefault="00A2001D" w:rsidP="009947DB">
            <w:pPr>
              <w:spacing w:after="240" w:line="276" w:lineRule="auto"/>
            </w:pPr>
            <w:r w:rsidRPr="00A2001D">
              <w:rPr>
                <w:rFonts w:ascii="Segoe UI Symbol" w:hAnsi="Segoe UI Symbol" w:cs="Segoe UI Symbol"/>
              </w:rPr>
              <w:t>☐</w:t>
            </w:r>
            <w:r w:rsidRPr="00A2001D">
              <w:t xml:space="preserve"> I will supply medications in original labeled containers.</w:t>
            </w:r>
          </w:p>
        </w:tc>
        <w:tc>
          <w:tcPr>
            <w:tcW w:w="3928" w:type="dxa"/>
          </w:tcPr>
          <w:p w14:paraId="57A666F6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28506E83" w14:textId="25C8DD09" w:rsidTr="00C63963">
        <w:tc>
          <w:tcPr>
            <w:tcW w:w="675" w:type="dxa"/>
          </w:tcPr>
          <w:p w14:paraId="6D6B6E40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4253" w:type="dxa"/>
          </w:tcPr>
          <w:p w14:paraId="28037947" w14:textId="592B4E65" w:rsidR="00A2001D" w:rsidRPr="00A2001D" w:rsidRDefault="00A2001D" w:rsidP="009947DB">
            <w:pPr>
              <w:spacing w:after="240" w:line="276" w:lineRule="auto"/>
            </w:pPr>
            <w:r w:rsidRPr="00A2001D">
              <w:rPr>
                <w:rFonts w:ascii="Segoe UI Symbol" w:hAnsi="Segoe UI Symbol" w:cs="Segoe UI Symbol"/>
              </w:rPr>
              <w:t>☐</w:t>
            </w:r>
            <w:r w:rsidRPr="00A2001D">
              <w:t xml:space="preserve"> I have disclosed behavioral information honestly.</w:t>
            </w:r>
          </w:p>
        </w:tc>
        <w:tc>
          <w:tcPr>
            <w:tcW w:w="3928" w:type="dxa"/>
          </w:tcPr>
          <w:p w14:paraId="25D46ACD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:rsidRPr="00A2001D" w14:paraId="615D6815" w14:textId="61120DB7" w:rsidTr="00C63963">
        <w:tc>
          <w:tcPr>
            <w:tcW w:w="675" w:type="dxa"/>
          </w:tcPr>
          <w:p w14:paraId="1843CD34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4253" w:type="dxa"/>
          </w:tcPr>
          <w:p w14:paraId="30AC69A3" w14:textId="4D718D3A" w:rsidR="00A2001D" w:rsidRPr="00A2001D" w:rsidRDefault="00A2001D" w:rsidP="009947DB">
            <w:pPr>
              <w:spacing w:after="240" w:line="276" w:lineRule="auto"/>
            </w:pPr>
            <w:r w:rsidRPr="00A2001D">
              <w:rPr>
                <w:rFonts w:ascii="Segoe UI Symbol" w:hAnsi="Segoe UI Symbol" w:cs="Segoe UI Symbol"/>
              </w:rPr>
              <w:t>☐</w:t>
            </w:r>
            <w:r w:rsidRPr="00A2001D">
              <w:t xml:space="preserve"> I understand </w:t>
            </w:r>
            <w:proofErr w:type="spellStart"/>
            <w:r w:rsidRPr="00A2001D">
              <w:t>GentleWaves</w:t>
            </w:r>
            <w:proofErr w:type="spellEnd"/>
            <w:r w:rsidRPr="00A2001D">
              <w:t xml:space="preserve"> reserves the right to determine whether the program is an appropriate and safe fit for each guest.</w:t>
            </w:r>
          </w:p>
        </w:tc>
        <w:tc>
          <w:tcPr>
            <w:tcW w:w="3928" w:type="dxa"/>
          </w:tcPr>
          <w:p w14:paraId="0CA51E1E" w14:textId="77777777" w:rsidR="00A2001D" w:rsidRPr="00A2001D" w:rsidRDefault="00A2001D" w:rsidP="009947DB">
            <w:pPr>
              <w:spacing w:after="240" w:line="276" w:lineRule="auto"/>
            </w:pPr>
          </w:p>
        </w:tc>
      </w:tr>
    </w:tbl>
    <w:p w14:paraId="7CF10835" w14:textId="77777777" w:rsidR="00A2001D" w:rsidRDefault="00000000" w:rsidP="009947DB">
      <w:pPr>
        <w:spacing w:after="240"/>
      </w:pPr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5204"/>
      </w:tblGrid>
      <w:tr w:rsidR="00A2001D" w:rsidRPr="00A2001D" w14:paraId="0E314C71" w14:textId="73AAB153" w:rsidTr="009947DB">
        <w:tc>
          <w:tcPr>
            <w:tcW w:w="675" w:type="dxa"/>
          </w:tcPr>
          <w:p w14:paraId="6CC6C2ED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2977" w:type="dxa"/>
          </w:tcPr>
          <w:p w14:paraId="3B60DDFF" w14:textId="723706DF" w:rsidR="009947DB" w:rsidRPr="00A2001D" w:rsidRDefault="00A2001D" w:rsidP="009947DB">
            <w:pPr>
              <w:spacing w:after="240" w:line="276" w:lineRule="auto"/>
            </w:pPr>
            <w:r w:rsidRPr="00A2001D">
              <w:t xml:space="preserve">Parent/Guardian Name: </w:t>
            </w:r>
          </w:p>
        </w:tc>
        <w:tc>
          <w:tcPr>
            <w:tcW w:w="5204" w:type="dxa"/>
          </w:tcPr>
          <w:p w14:paraId="7661ADFE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A2001D" w14:paraId="19CCE6B1" w14:textId="1C5CD865" w:rsidTr="009947DB">
        <w:tc>
          <w:tcPr>
            <w:tcW w:w="675" w:type="dxa"/>
          </w:tcPr>
          <w:p w14:paraId="1098F8BE" w14:textId="77777777" w:rsidR="00A2001D" w:rsidRPr="00A2001D" w:rsidRDefault="00A2001D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2977" w:type="dxa"/>
          </w:tcPr>
          <w:p w14:paraId="7CC9A42E" w14:textId="77777777" w:rsidR="00A2001D" w:rsidRDefault="00A2001D" w:rsidP="009947DB">
            <w:pPr>
              <w:spacing w:after="240" w:line="276" w:lineRule="auto"/>
            </w:pPr>
            <w:r w:rsidRPr="00A2001D">
              <w:t xml:space="preserve">Signature: </w:t>
            </w:r>
          </w:p>
          <w:p w14:paraId="144E457F" w14:textId="7FAC66E9" w:rsidR="009947DB" w:rsidRDefault="009947DB" w:rsidP="009947DB">
            <w:pPr>
              <w:spacing w:after="240" w:line="276" w:lineRule="auto"/>
            </w:pPr>
          </w:p>
        </w:tc>
        <w:tc>
          <w:tcPr>
            <w:tcW w:w="5204" w:type="dxa"/>
          </w:tcPr>
          <w:p w14:paraId="30E65C8E" w14:textId="77777777" w:rsidR="00A2001D" w:rsidRPr="00A2001D" w:rsidRDefault="00A2001D" w:rsidP="009947DB">
            <w:pPr>
              <w:spacing w:after="240" w:line="276" w:lineRule="auto"/>
            </w:pPr>
          </w:p>
        </w:tc>
      </w:tr>
      <w:tr w:rsidR="009947DB" w14:paraId="6F53B007" w14:textId="77777777" w:rsidTr="009947DB">
        <w:tc>
          <w:tcPr>
            <w:tcW w:w="675" w:type="dxa"/>
          </w:tcPr>
          <w:p w14:paraId="65D5BFD1" w14:textId="77777777" w:rsidR="009947DB" w:rsidRPr="00A2001D" w:rsidRDefault="009947DB" w:rsidP="009947DB">
            <w:pPr>
              <w:pStyle w:val="ListParagraph"/>
              <w:numPr>
                <w:ilvl w:val="0"/>
                <w:numId w:val="10"/>
              </w:numPr>
              <w:spacing w:after="240" w:line="276" w:lineRule="auto"/>
            </w:pPr>
          </w:p>
        </w:tc>
        <w:tc>
          <w:tcPr>
            <w:tcW w:w="2977" w:type="dxa"/>
          </w:tcPr>
          <w:p w14:paraId="542C90A3" w14:textId="17F3775E" w:rsidR="009947DB" w:rsidRPr="00A2001D" w:rsidRDefault="009947DB" w:rsidP="009947DB">
            <w:pPr>
              <w:spacing w:after="240" w:line="276" w:lineRule="auto"/>
            </w:pPr>
            <w:r>
              <w:t>Date:</w:t>
            </w:r>
          </w:p>
        </w:tc>
        <w:tc>
          <w:tcPr>
            <w:tcW w:w="5204" w:type="dxa"/>
          </w:tcPr>
          <w:p w14:paraId="4CB5A3A4" w14:textId="77777777" w:rsidR="009947DB" w:rsidRPr="00A2001D" w:rsidRDefault="009947DB" w:rsidP="009947DB">
            <w:pPr>
              <w:spacing w:after="240" w:line="276" w:lineRule="auto"/>
            </w:pPr>
          </w:p>
        </w:tc>
      </w:tr>
    </w:tbl>
    <w:p w14:paraId="7D17D4EC" w14:textId="2980559B" w:rsidR="00B07C7E" w:rsidRDefault="00B07C7E" w:rsidP="009947DB">
      <w:pPr>
        <w:spacing w:after="240"/>
      </w:pPr>
    </w:p>
    <w:sectPr w:rsidR="00B07C7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A2E1479"/>
    <w:multiLevelType w:val="hybridMultilevel"/>
    <w:tmpl w:val="E8A4617A"/>
    <w:lvl w:ilvl="0" w:tplc="9096748E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062169">
    <w:abstractNumId w:val="8"/>
  </w:num>
  <w:num w:numId="2" w16cid:durableId="380524674">
    <w:abstractNumId w:val="6"/>
  </w:num>
  <w:num w:numId="3" w16cid:durableId="413480426">
    <w:abstractNumId w:val="5"/>
  </w:num>
  <w:num w:numId="4" w16cid:durableId="9721492">
    <w:abstractNumId w:val="4"/>
  </w:num>
  <w:num w:numId="5" w16cid:durableId="1740440352">
    <w:abstractNumId w:val="7"/>
  </w:num>
  <w:num w:numId="6" w16cid:durableId="623313950">
    <w:abstractNumId w:val="3"/>
  </w:num>
  <w:num w:numId="7" w16cid:durableId="1985432376">
    <w:abstractNumId w:val="2"/>
  </w:num>
  <w:num w:numId="8" w16cid:durableId="1503201143">
    <w:abstractNumId w:val="1"/>
  </w:num>
  <w:num w:numId="9" w16cid:durableId="1531456117">
    <w:abstractNumId w:val="0"/>
  </w:num>
  <w:num w:numId="10" w16cid:durableId="7238686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5245"/>
    <w:rsid w:val="0015074B"/>
    <w:rsid w:val="0029639D"/>
    <w:rsid w:val="00324867"/>
    <w:rsid w:val="00326F90"/>
    <w:rsid w:val="00416486"/>
    <w:rsid w:val="009947DB"/>
    <w:rsid w:val="00A2001D"/>
    <w:rsid w:val="00A9280C"/>
    <w:rsid w:val="00AA1D8D"/>
    <w:rsid w:val="00B07C7E"/>
    <w:rsid w:val="00B47730"/>
    <w:rsid w:val="00C63963"/>
    <w:rsid w:val="00CB0664"/>
    <w:rsid w:val="00CD0D94"/>
    <w:rsid w:val="00E34C35"/>
    <w:rsid w:val="00F8479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E7D1CE"/>
  <w14:defaultImageDpi w14:val="330"/>
  <w15:docId w15:val="{90B3E4D6-A9DB-4CAB-BB5B-BB5525A92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Ashish Chandra</cp:lastModifiedBy>
  <cp:revision>6</cp:revision>
  <dcterms:created xsi:type="dcterms:W3CDTF">2013-12-23T23:15:00Z</dcterms:created>
  <dcterms:modified xsi:type="dcterms:W3CDTF">2026-07-02T07:48:00Z</dcterms:modified>
  <cp:category/>
</cp:coreProperties>
</file>